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4E641" w14:textId="77777777" w:rsidR="009E03A8" w:rsidRPr="001F20B5" w:rsidRDefault="009E03A8" w:rsidP="006B2766">
      <w:pPr>
        <w:spacing w:before="63" w:line="240" w:lineRule="auto"/>
        <w:ind w:left="2467" w:right="2629"/>
        <w:jc w:val="center"/>
        <w:rPr>
          <w:rFonts w:eastAsia="맑은 고딕"/>
          <w:b/>
          <w:color w:val="1F487C"/>
          <w:sz w:val="48"/>
          <w:lang w:eastAsia="ko-KR"/>
        </w:rPr>
      </w:pPr>
      <w:r>
        <w:rPr>
          <w:b/>
          <w:color w:val="1F487C"/>
          <w:sz w:val="48"/>
          <w:lang w:eastAsia="ko-KR"/>
        </w:rPr>
        <w:t>Cooperation Profile</w:t>
      </w:r>
    </w:p>
    <w:p w14:paraId="7BF881C3" w14:textId="289754C0" w:rsidR="00320588" w:rsidRPr="00320588" w:rsidRDefault="00320588" w:rsidP="006B2766">
      <w:pPr>
        <w:spacing w:after="0" w:line="240" w:lineRule="auto"/>
        <w:rPr>
          <w:rFonts w:eastAsia="맑은 고딕"/>
          <w:b/>
          <w:bCs/>
          <w:color w:val="FF0000"/>
          <w:sz w:val="24"/>
          <w:szCs w:val="24"/>
          <w:lang w:eastAsia="ko-KR"/>
        </w:rPr>
      </w:pPr>
      <w:r w:rsidRPr="00320588">
        <w:rPr>
          <w:rFonts w:hint="eastAsia"/>
          <w:b/>
          <w:bCs/>
          <w:color w:val="FF0000"/>
          <w:sz w:val="24"/>
          <w:szCs w:val="24"/>
          <w:lang w:eastAsia="ko-KR"/>
        </w:rPr>
        <w:t>※</w:t>
      </w:r>
      <w:r w:rsidRPr="00320588">
        <w:rPr>
          <w:rFonts w:eastAsia="맑은 고딕" w:cs="맑은 고딕" w:hint="eastAsia"/>
          <w:b/>
          <w:bCs/>
          <w:color w:val="FF0000"/>
          <w:sz w:val="24"/>
          <w:szCs w:val="24"/>
          <w:lang w:eastAsia="ko-KR"/>
        </w:rPr>
        <w:t>본</w:t>
      </w:r>
      <w:r w:rsidRPr="00320588">
        <w:rPr>
          <w:rFonts w:hint="eastAsia"/>
          <w:b/>
          <w:bCs/>
          <w:color w:val="FF0000"/>
          <w:sz w:val="24"/>
          <w:szCs w:val="24"/>
          <w:lang w:eastAsia="ko-KR"/>
        </w:rPr>
        <w:t xml:space="preserve"> </w:t>
      </w:r>
      <w:r w:rsidRPr="00320588">
        <w:rPr>
          <w:rFonts w:eastAsia="맑은 고딕" w:cs="맑은 고딕" w:hint="eastAsia"/>
          <w:b/>
          <w:bCs/>
          <w:color w:val="FF0000"/>
          <w:sz w:val="24"/>
          <w:szCs w:val="24"/>
          <w:lang w:eastAsia="ko-KR"/>
        </w:rPr>
        <w:t>문서를</w:t>
      </w:r>
      <w:r w:rsidRPr="00320588">
        <w:rPr>
          <w:rFonts w:hint="eastAsia"/>
          <w:b/>
          <w:bCs/>
          <w:color w:val="FF0000"/>
          <w:sz w:val="24"/>
          <w:szCs w:val="24"/>
          <w:lang w:eastAsia="ko-KR"/>
        </w:rPr>
        <w:t xml:space="preserve"> </w:t>
      </w:r>
      <w:r w:rsidRPr="00320588">
        <w:rPr>
          <w:rFonts w:eastAsia="맑은 고딕" w:cs="맑은 고딕" w:hint="eastAsia"/>
          <w:b/>
          <w:bCs/>
          <w:color w:val="FF0000"/>
          <w:sz w:val="24"/>
          <w:szCs w:val="24"/>
          <w:lang w:eastAsia="ko-KR"/>
        </w:rPr>
        <w:t>제출하더라도</w:t>
      </w:r>
      <w:r w:rsidRPr="00320588">
        <w:rPr>
          <w:rFonts w:hint="eastAsia"/>
          <w:b/>
          <w:bCs/>
          <w:color w:val="FF0000"/>
          <w:sz w:val="24"/>
          <w:szCs w:val="24"/>
          <w:lang w:eastAsia="ko-KR"/>
        </w:rPr>
        <w:t xml:space="preserve"> </w:t>
      </w:r>
      <w:r w:rsidRPr="00320588">
        <w:rPr>
          <w:rFonts w:eastAsia="맑은 고딕" w:cs="맑은 고딕" w:hint="eastAsia"/>
          <w:b/>
          <w:bCs/>
          <w:color w:val="FF0000"/>
          <w:sz w:val="24"/>
          <w:szCs w:val="24"/>
          <w:lang w:eastAsia="ko-KR"/>
        </w:rPr>
        <w:t xml:space="preserve">매칭 </w:t>
      </w:r>
      <w:r>
        <w:rPr>
          <w:rFonts w:eastAsia="맑은 고딕" w:cs="맑은 고딕" w:hint="eastAsia"/>
          <w:b/>
          <w:bCs/>
          <w:color w:val="FF0000"/>
          <w:sz w:val="24"/>
          <w:szCs w:val="24"/>
          <w:lang w:eastAsia="ko-KR"/>
        </w:rPr>
        <w:t>성사를 보장하는 것은 아닙니다.</w:t>
      </w:r>
    </w:p>
    <w:p w14:paraId="5EC20934" w14:textId="1BA3F4F1" w:rsidR="009E03A8" w:rsidRDefault="009E03A8" w:rsidP="006B2766">
      <w:pPr>
        <w:pStyle w:val="21"/>
        <w:spacing w:line="240" w:lineRule="auto"/>
        <w:rPr>
          <w:lang w:eastAsia="ko-KR"/>
        </w:rPr>
      </w:pPr>
      <w:r>
        <w:rPr>
          <w:lang w:eastAsia="ko-KR"/>
        </w:rPr>
        <w:t>Contact Details</w:t>
      </w:r>
    </w:p>
    <w:tbl>
      <w:tblPr>
        <w:tblStyle w:val="af9"/>
        <w:tblW w:w="10225" w:type="dxa"/>
        <w:tblLayout w:type="fixed"/>
        <w:tblLook w:val="04A0" w:firstRow="1" w:lastRow="0" w:firstColumn="1" w:lastColumn="0" w:noHBand="0" w:noVBand="1"/>
      </w:tblPr>
      <w:tblGrid>
        <w:gridCol w:w="2518"/>
        <w:gridCol w:w="7707"/>
      </w:tblGrid>
      <w:tr w:rsidR="009E03A8" w14:paraId="50747A6C" w14:textId="77777777" w:rsidTr="00911F58">
        <w:trPr>
          <w:trHeight w:val="391"/>
        </w:trPr>
        <w:tc>
          <w:tcPr>
            <w:tcW w:w="2518" w:type="dxa"/>
          </w:tcPr>
          <w:p w14:paraId="54E7F591" w14:textId="77777777" w:rsidR="009E03A8" w:rsidRDefault="009E03A8" w:rsidP="006B2766">
            <w:r>
              <w:rPr>
                <w:b/>
                <w:sz w:val="21"/>
              </w:rPr>
              <w:t>Organization Name</w:t>
            </w:r>
          </w:p>
        </w:tc>
        <w:tc>
          <w:tcPr>
            <w:tcW w:w="7707" w:type="dxa"/>
          </w:tcPr>
          <w:p w14:paraId="61C4A82C" w14:textId="77777777" w:rsidR="009E03A8" w:rsidRDefault="009E03A8" w:rsidP="006B2766"/>
        </w:tc>
      </w:tr>
      <w:tr w:rsidR="009E03A8" w14:paraId="4EEBF658" w14:textId="77777777" w:rsidTr="00911F58">
        <w:trPr>
          <w:trHeight w:val="391"/>
        </w:trPr>
        <w:tc>
          <w:tcPr>
            <w:tcW w:w="2518" w:type="dxa"/>
          </w:tcPr>
          <w:p w14:paraId="1F89644B" w14:textId="77777777" w:rsidR="009E03A8" w:rsidRDefault="009E03A8" w:rsidP="006B2766">
            <w:r>
              <w:rPr>
                <w:b/>
                <w:sz w:val="21"/>
              </w:rPr>
              <w:t>Contact Person Name</w:t>
            </w:r>
          </w:p>
        </w:tc>
        <w:tc>
          <w:tcPr>
            <w:tcW w:w="7707" w:type="dxa"/>
          </w:tcPr>
          <w:p w14:paraId="74D949AA" w14:textId="77777777" w:rsidR="009E03A8" w:rsidRDefault="009E03A8" w:rsidP="006B2766"/>
        </w:tc>
      </w:tr>
      <w:tr w:rsidR="009E03A8" w14:paraId="71735F16" w14:textId="77777777" w:rsidTr="00911F58">
        <w:trPr>
          <w:trHeight w:val="391"/>
        </w:trPr>
        <w:tc>
          <w:tcPr>
            <w:tcW w:w="2518" w:type="dxa"/>
          </w:tcPr>
          <w:p w14:paraId="4D5663E9" w14:textId="77777777" w:rsidR="009E03A8" w:rsidRDefault="009E03A8" w:rsidP="006B2766">
            <w:r>
              <w:rPr>
                <w:b/>
                <w:sz w:val="21"/>
              </w:rPr>
              <w:t>Department</w:t>
            </w:r>
          </w:p>
        </w:tc>
        <w:tc>
          <w:tcPr>
            <w:tcW w:w="7707" w:type="dxa"/>
          </w:tcPr>
          <w:p w14:paraId="0643C89A" w14:textId="77777777" w:rsidR="009E03A8" w:rsidRDefault="009E03A8" w:rsidP="006B2766"/>
        </w:tc>
      </w:tr>
      <w:tr w:rsidR="009E03A8" w14:paraId="53827C95" w14:textId="77777777" w:rsidTr="00911F58">
        <w:trPr>
          <w:trHeight w:val="391"/>
        </w:trPr>
        <w:tc>
          <w:tcPr>
            <w:tcW w:w="2518" w:type="dxa"/>
          </w:tcPr>
          <w:p w14:paraId="7213B019" w14:textId="77777777" w:rsidR="009E03A8" w:rsidRDefault="009E03A8" w:rsidP="006B2766">
            <w:r>
              <w:rPr>
                <w:b/>
                <w:sz w:val="21"/>
              </w:rPr>
              <w:t>Phone Number</w:t>
            </w:r>
          </w:p>
        </w:tc>
        <w:tc>
          <w:tcPr>
            <w:tcW w:w="7707" w:type="dxa"/>
          </w:tcPr>
          <w:p w14:paraId="78579881" w14:textId="77777777" w:rsidR="009E03A8" w:rsidRDefault="009E03A8" w:rsidP="006B2766"/>
        </w:tc>
      </w:tr>
      <w:tr w:rsidR="009E03A8" w14:paraId="1FA3C237" w14:textId="77777777" w:rsidTr="00911F58">
        <w:trPr>
          <w:trHeight w:val="76"/>
        </w:trPr>
        <w:tc>
          <w:tcPr>
            <w:tcW w:w="2518" w:type="dxa"/>
          </w:tcPr>
          <w:p w14:paraId="4FF23360" w14:textId="77777777" w:rsidR="009E03A8" w:rsidRDefault="009E03A8" w:rsidP="006B2766">
            <w:r>
              <w:rPr>
                <w:b/>
                <w:sz w:val="21"/>
              </w:rPr>
              <w:t>Email Address</w:t>
            </w:r>
          </w:p>
        </w:tc>
        <w:tc>
          <w:tcPr>
            <w:tcW w:w="7707" w:type="dxa"/>
          </w:tcPr>
          <w:p w14:paraId="19A9BC26" w14:textId="77777777" w:rsidR="009E03A8" w:rsidRDefault="009E03A8" w:rsidP="006B2766"/>
        </w:tc>
      </w:tr>
    </w:tbl>
    <w:p w14:paraId="685E8B99" w14:textId="77777777" w:rsidR="009E03A8" w:rsidRDefault="009E03A8" w:rsidP="006B2766">
      <w:pPr>
        <w:spacing w:line="240" w:lineRule="auto"/>
      </w:pPr>
    </w:p>
    <w:p w14:paraId="0E1E61B3" w14:textId="77777777" w:rsidR="009E03A8" w:rsidRDefault="009E03A8" w:rsidP="006B2766">
      <w:pPr>
        <w:pStyle w:val="21"/>
        <w:spacing w:line="240" w:lineRule="auto"/>
      </w:pPr>
      <w:r>
        <w:t>Organization</w:t>
      </w:r>
    </w:p>
    <w:tbl>
      <w:tblPr>
        <w:tblStyle w:val="af9"/>
        <w:tblW w:w="10224" w:type="dxa"/>
        <w:tblLayout w:type="fixed"/>
        <w:tblLook w:val="04A0" w:firstRow="1" w:lastRow="0" w:firstColumn="1" w:lastColumn="0" w:noHBand="0" w:noVBand="1"/>
      </w:tblPr>
      <w:tblGrid>
        <w:gridCol w:w="10224"/>
      </w:tblGrid>
      <w:tr w:rsidR="009E03A8" w14:paraId="65E998EE" w14:textId="77777777" w:rsidTr="007A77F2">
        <w:trPr>
          <w:trHeight w:val="674"/>
        </w:trPr>
        <w:tc>
          <w:tcPr>
            <w:tcW w:w="10224" w:type="dxa"/>
            <w:tcBorders>
              <w:bottom w:val="single" w:sz="4" w:space="0" w:color="auto"/>
            </w:tcBorders>
          </w:tcPr>
          <w:p w14:paraId="3E96BFD5" w14:textId="77777777" w:rsidR="009E03A8" w:rsidRDefault="009E03A8" w:rsidP="006B2766">
            <w:pPr>
              <w:rPr>
                <w:b/>
                <w:sz w:val="21"/>
              </w:rPr>
            </w:pPr>
            <w:r>
              <w:rPr>
                <w:b/>
                <w:sz w:val="21"/>
              </w:rPr>
              <w:t>Brief Description of Organization:</w:t>
            </w:r>
          </w:p>
          <w:p w14:paraId="65937B2F" w14:textId="77777777" w:rsidR="009E03A8" w:rsidRDefault="009E03A8" w:rsidP="006B2766"/>
        </w:tc>
      </w:tr>
      <w:tr w:rsidR="009E03A8" w14:paraId="6CE19475" w14:textId="77777777" w:rsidTr="007A77F2">
        <w:trPr>
          <w:trHeight w:val="755"/>
        </w:trPr>
        <w:tc>
          <w:tcPr>
            <w:tcW w:w="10224" w:type="dxa"/>
            <w:tcBorders>
              <w:top w:val="single" w:sz="4" w:space="0" w:color="auto"/>
            </w:tcBorders>
          </w:tcPr>
          <w:p w14:paraId="4D9CE104" w14:textId="77777777" w:rsidR="009E03A8" w:rsidRDefault="009E03A8" w:rsidP="006B2766">
            <w:r>
              <w:rPr>
                <w:b/>
                <w:sz w:val="21"/>
              </w:rPr>
              <w:t>Organization Type:</w:t>
            </w:r>
          </w:p>
          <w:p w14:paraId="16712847" w14:textId="77777777" w:rsidR="009E03A8" w:rsidRDefault="009E03A8" w:rsidP="006B2766">
            <w:pPr>
              <w:rPr>
                <w:b/>
                <w:bCs/>
                <w:sz w:val="20"/>
                <w:szCs w:val="20"/>
              </w:rPr>
            </w:pPr>
            <w:r w:rsidRPr="00E63197">
              <w:rPr>
                <w:rFonts w:hint="eastAsia"/>
                <w:b/>
                <w:bCs/>
                <w:sz w:val="20"/>
                <w:szCs w:val="20"/>
              </w:rPr>
              <w:t>□</w:t>
            </w:r>
            <w:r>
              <w:rPr>
                <w:rFonts w:eastAsia="맑은 고딕" w:hint="eastAsia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E63197">
              <w:rPr>
                <w:b/>
                <w:bCs/>
                <w:sz w:val="20"/>
                <w:szCs w:val="20"/>
              </w:rPr>
              <w:t>University or College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E63197">
              <w:rPr>
                <w:b/>
                <w:bCs/>
                <w:sz w:val="20"/>
                <w:szCs w:val="20"/>
              </w:rPr>
              <w:t xml:space="preserve"> □ Research Institute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E63197">
              <w:rPr>
                <w:b/>
                <w:bCs/>
                <w:sz w:val="20"/>
                <w:szCs w:val="20"/>
              </w:rPr>
              <w:t xml:space="preserve"> □ Industry (</w:t>
            </w:r>
            <w:proofErr w:type="gramStart"/>
            <w:r w:rsidRPr="00E63197">
              <w:rPr>
                <w:b/>
                <w:bCs/>
                <w:sz w:val="20"/>
                <w:szCs w:val="20"/>
              </w:rPr>
              <w:t>Large)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E63197">
              <w:rPr>
                <w:b/>
                <w:bCs/>
                <w:sz w:val="20"/>
                <w:szCs w:val="20"/>
              </w:rPr>
              <w:t>□ Industry (SME)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E63197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E22ECC2" w14:textId="77777777" w:rsidR="009E03A8" w:rsidRPr="00E63197" w:rsidRDefault="009E03A8" w:rsidP="006B2766">
            <w:pPr>
              <w:rPr>
                <w:b/>
                <w:bCs/>
                <w:sz w:val="20"/>
                <w:szCs w:val="20"/>
              </w:rPr>
            </w:pPr>
            <w:r w:rsidRPr="00E63197">
              <w:rPr>
                <w:rFonts w:hint="eastAsia"/>
                <w:b/>
                <w:bCs/>
                <w:sz w:val="20"/>
                <w:szCs w:val="20"/>
              </w:rPr>
              <w:t>□</w:t>
            </w:r>
            <w:r>
              <w:rPr>
                <w:rFonts w:eastAsia="맑은 고딕" w:hint="eastAsia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E63197">
              <w:rPr>
                <w:b/>
                <w:bCs/>
                <w:sz w:val="20"/>
                <w:szCs w:val="20"/>
              </w:rPr>
              <w:t>Public Body   □ Other</w:t>
            </w:r>
          </w:p>
        </w:tc>
      </w:tr>
      <w:tr w:rsidR="009E03A8" w14:paraId="6B5F51FD" w14:textId="77777777" w:rsidTr="00911F58">
        <w:trPr>
          <w:trHeight w:val="674"/>
        </w:trPr>
        <w:tc>
          <w:tcPr>
            <w:tcW w:w="10224" w:type="dxa"/>
          </w:tcPr>
          <w:p w14:paraId="25093F5F" w14:textId="77777777" w:rsidR="009E03A8" w:rsidRDefault="009E03A8" w:rsidP="006B2766">
            <w:pPr>
              <w:rPr>
                <w:b/>
                <w:sz w:val="21"/>
              </w:rPr>
            </w:pPr>
            <w:r>
              <w:rPr>
                <w:b/>
                <w:sz w:val="21"/>
              </w:rPr>
              <w:t>5 Keywords (Sector/Specialization):</w:t>
            </w:r>
          </w:p>
          <w:p w14:paraId="2BAEC8EF" w14:textId="27378385" w:rsidR="009E03A8" w:rsidRPr="00153820" w:rsidRDefault="00153820" w:rsidP="006B2766">
            <w:pPr>
              <w:rPr>
                <w:rFonts w:eastAsia="맑은 고딕" w:hint="eastAsia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 xml:space="preserve"> </w:t>
            </w:r>
          </w:p>
        </w:tc>
      </w:tr>
    </w:tbl>
    <w:p w14:paraId="42D93698" w14:textId="77777777" w:rsidR="009E03A8" w:rsidRDefault="009E03A8" w:rsidP="006B2766">
      <w:pPr>
        <w:spacing w:line="240" w:lineRule="auto"/>
      </w:pPr>
    </w:p>
    <w:p w14:paraId="22103D69" w14:textId="77777777" w:rsidR="009E03A8" w:rsidRDefault="009E03A8" w:rsidP="006B2766">
      <w:pPr>
        <w:pStyle w:val="21"/>
        <w:spacing w:line="240" w:lineRule="auto"/>
      </w:pPr>
      <w:r>
        <w:t>Experience</w:t>
      </w:r>
    </w:p>
    <w:tbl>
      <w:tblPr>
        <w:tblStyle w:val="af9"/>
        <w:tblW w:w="10173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9E03A8" w14:paraId="16904A6F" w14:textId="77777777" w:rsidTr="00911F58">
        <w:trPr>
          <w:trHeight w:val="790"/>
        </w:trPr>
        <w:tc>
          <w:tcPr>
            <w:tcW w:w="10173" w:type="dxa"/>
          </w:tcPr>
          <w:p w14:paraId="6410B6F7" w14:textId="77777777" w:rsidR="009E03A8" w:rsidRPr="00E63197" w:rsidRDefault="009E03A8" w:rsidP="006B2766">
            <w:pPr>
              <w:rPr>
                <w:b/>
                <w:sz w:val="21"/>
              </w:rPr>
            </w:pPr>
            <w:r>
              <w:rPr>
                <w:b/>
                <w:sz w:val="21"/>
              </w:rPr>
              <w:t>Previous EU Project Participation</w:t>
            </w:r>
          </w:p>
          <w:p w14:paraId="7048090E" w14:textId="77777777" w:rsidR="009E03A8" w:rsidRPr="00E63197" w:rsidRDefault="009E03A8" w:rsidP="006B2766">
            <w:pPr>
              <w:rPr>
                <w:b/>
                <w:bCs/>
              </w:rPr>
            </w:pPr>
            <w:r w:rsidRPr="00E63197">
              <w:rPr>
                <w:b/>
                <w:bCs/>
              </w:rPr>
              <w:t>□ No □ Yes</w:t>
            </w:r>
            <w:proofErr w:type="gramStart"/>
            <w:r w:rsidRPr="00E63197">
              <w:rPr>
                <w:b/>
                <w:bCs/>
              </w:rPr>
              <w:t xml:space="preserve">: </w:t>
            </w:r>
            <w:r>
              <w:rPr>
                <w:rFonts w:eastAsia="맑은 고딕" w:hint="eastAsia"/>
                <w:b/>
                <w:bCs/>
                <w:lang w:eastAsia="ko-KR"/>
              </w:rPr>
              <w:t xml:space="preserve"> </w:t>
            </w:r>
            <w:r w:rsidRPr="00E63197">
              <w:rPr>
                <w:b/>
                <w:bCs/>
                <w:color w:val="BFBFBF" w:themeColor="background1" w:themeShade="BF"/>
              </w:rPr>
              <w:t>(</w:t>
            </w:r>
            <w:proofErr w:type="gramEnd"/>
            <w:r>
              <w:rPr>
                <w:rFonts w:eastAsia="맑은 고딕" w:cs="맑은 고딕" w:hint="eastAsia"/>
                <w:b/>
                <w:bCs/>
                <w:color w:val="BFBFBF" w:themeColor="background1" w:themeShade="BF"/>
                <w:lang w:eastAsia="ko-KR"/>
              </w:rPr>
              <w:t>e</w:t>
            </w:r>
            <w:r>
              <w:rPr>
                <w:rFonts w:eastAsia="맑은 고딕" w:cs="맑은 고딕"/>
                <w:b/>
                <w:bCs/>
                <w:color w:val="BFBFBF" w:themeColor="background1" w:themeShade="BF"/>
                <w:lang w:eastAsia="ko-KR"/>
              </w:rPr>
              <w:t>.g.</w:t>
            </w:r>
            <w:r w:rsidRPr="00E63197">
              <w:rPr>
                <w:b/>
                <w:bCs/>
                <w:color w:val="BFBFBF" w:themeColor="background1" w:themeShade="BF"/>
              </w:rPr>
              <w:t>) in FP7, Horizon 2020, Horizon Europe</w:t>
            </w:r>
          </w:p>
        </w:tc>
      </w:tr>
    </w:tbl>
    <w:p w14:paraId="388450FA" w14:textId="77777777" w:rsidR="009E03A8" w:rsidRDefault="009E03A8" w:rsidP="006B2766">
      <w:pPr>
        <w:spacing w:line="240" w:lineRule="auto"/>
      </w:pPr>
    </w:p>
    <w:p w14:paraId="472359B1" w14:textId="77777777" w:rsidR="009E03A8" w:rsidRDefault="009E03A8" w:rsidP="006B2766">
      <w:pPr>
        <w:pStyle w:val="21"/>
        <w:spacing w:line="240" w:lineRule="auto"/>
      </w:pPr>
      <w:r>
        <w:t>Project Idea</w:t>
      </w:r>
    </w:p>
    <w:tbl>
      <w:tblPr>
        <w:tblStyle w:val="af9"/>
        <w:tblW w:w="10173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9E03A8" w14:paraId="02D03F2B" w14:textId="77777777" w:rsidTr="00911F58">
        <w:trPr>
          <w:trHeight w:val="445"/>
        </w:trPr>
        <w:tc>
          <w:tcPr>
            <w:tcW w:w="10173" w:type="dxa"/>
          </w:tcPr>
          <w:p w14:paraId="3234B118" w14:textId="77777777" w:rsidR="009E03A8" w:rsidRDefault="009E03A8" w:rsidP="006B2766">
            <w:r>
              <w:rPr>
                <w:b/>
                <w:sz w:val="21"/>
              </w:rPr>
              <w:t>Call/Topic Reference</w:t>
            </w:r>
          </w:p>
          <w:p w14:paraId="494BFA5B" w14:textId="50551AAE" w:rsidR="009E03A8" w:rsidRPr="006B2766" w:rsidRDefault="009E03A8" w:rsidP="006B2766">
            <w:pPr>
              <w:rPr>
                <w:b/>
                <w:bCs/>
                <w:color w:val="BFBFBF" w:themeColor="background1" w:themeShade="BF"/>
              </w:rPr>
            </w:pPr>
            <w:r w:rsidRPr="00861954">
              <w:rPr>
                <w:b/>
                <w:bCs/>
                <w:color w:val="BFBFBF" w:themeColor="background1" w:themeShade="BF"/>
              </w:rPr>
              <w:t>(</w:t>
            </w:r>
            <w:r>
              <w:rPr>
                <w:rFonts w:eastAsia="맑은 고딕" w:cs="맑은 고딕" w:hint="eastAsia"/>
                <w:b/>
                <w:bCs/>
                <w:color w:val="BFBFBF" w:themeColor="background1" w:themeShade="BF"/>
                <w:lang w:eastAsia="ko-KR"/>
              </w:rPr>
              <w:t>e</w:t>
            </w:r>
            <w:r>
              <w:rPr>
                <w:rFonts w:eastAsia="맑은 고딕" w:cs="맑은 고딕"/>
                <w:b/>
                <w:bCs/>
                <w:color w:val="BFBFBF" w:themeColor="background1" w:themeShade="BF"/>
                <w:lang w:eastAsia="ko-KR"/>
              </w:rPr>
              <w:t>.g.</w:t>
            </w:r>
            <w:r w:rsidRPr="00861954">
              <w:rPr>
                <w:b/>
                <w:bCs/>
                <w:color w:val="BFBFBF" w:themeColor="background1" w:themeShade="BF"/>
              </w:rPr>
              <w:t>)</w:t>
            </w:r>
            <w:r w:rsidRPr="00861954">
              <w:rPr>
                <w:rFonts w:hint="eastAsia"/>
                <w:b/>
                <w:bCs/>
                <w:color w:val="BFBFBF" w:themeColor="background1" w:themeShade="BF"/>
              </w:rPr>
              <w:t xml:space="preserve"> </w:t>
            </w:r>
            <w:r w:rsidRPr="00861954">
              <w:rPr>
                <w:b/>
                <w:bCs/>
                <w:color w:val="BFBFBF" w:themeColor="background1" w:themeShade="BF"/>
              </w:rPr>
              <w:t>HORIZON-CL4-2024-HUMAN-03-01</w:t>
            </w:r>
          </w:p>
        </w:tc>
      </w:tr>
      <w:tr w:rsidR="009E03A8" w14:paraId="453E20D4" w14:textId="77777777" w:rsidTr="00911F58">
        <w:trPr>
          <w:trHeight w:val="446"/>
        </w:trPr>
        <w:tc>
          <w:tcPr>
            <w:tcW w:w="10173" w:type="dxa"/>
          </w:tcPr>
          <w:p w14:paraId="0A13FA63" w14:textId="77777777" w:rsidR="009E03A8" w:rsidRDefault="009E03A8" w:rsidP="006B2766">
            <w:pPr>
              <w:rPr>
                <w:b/>
                <w:sz w:val="21"/>
              </w:rPr>
            </w:pPr>
            <w:r>
              <w:rPr>
                <w:b/>
                <w:sz w:val="21"/>
              </w:rPr>
              <w:t>5 Keywords (Project Idea)</w:t>
            </w:r>
          </w:p>
          <w:p w14:paraId="2F64B345" w14:textId="77777777" w:rsidR="009E03A8" w:rsidRDefault="009E03A8" w:rsidP="006B2766"/>
        </w:tc>
      </w:tr>
    </w:tbl>
    <w:p w14:paraId="45ED6DC8" w14:textId="77777777" w:rsidR="001A6BE9" w:rsidRPr="001A6BE9" w:rsidRDefault="001A6BE9" w:rsidP="001A6BE9"/>
    <w:p w14:paraId="345553B5" w14:textId="6C9B9232" w:rsidR="009E03A8" w:rsidRDefault="009E03A8" w:rsidP="006B2766">
      <w:pPr>
        <w:pStyle w:val="21"/>
        <w:spacing w:line="240" w:lineRule="auto"/>
      </w:pPr>
      <w:r>
        <w:lastRenderedPageBreak/>
        <w:t>Expertise &amp; Role</w:t>
      </w:r>
    </w:p>
    <w:tbl>
      <w:tblPr>
        <w:tblStyle w:val="af9"/>
        <w:tblW w:w="10173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9E03A8" w14:paraId="0F10267E" w14:textId="77777777" w:rsidTr="00911F58">
        <w:trPr>
          <w:trHeight w:val="496"/>
        </w:trPr>
        <w:tc>
          <w:tcPr>
            <w:tcW w:w="10173" w:type="dxa"/>
          </w:tcPr>
          <w:p w14:paraId="0E5B3B89" w14:textId="77777777" w:rsidR="00153820" w:rsidRPr="00153820" w:rsidRDefault="00153820" w:rsidP="00153820">
            <w:pPr>
              <w:rPr>
                <w:rFonts w:eastAsia="맑은 고딕" w:hint="eastAsia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eastAsia="맑은 고딕"/>
                <w:b/>
                <w:bCs/>
                <w:sz w:val="20"/>
                <w:szCs w:val="20"/>
                <w:lang w:eastAsia="ko-KR"/>
              </w:rPr>
              <w:t>Related Digital Field:</w:t>
            </w:r>
          </w:p>
          <w:p w14:paraId="56301E88" w14:textId="5D07A6A6" w:rsidR="009E03A8" w:rsidRDefault="00153820" w:rsidP="00153820">
            <w:r w:rsidRPr="00E63197">
              <w:rPr>
                <w:rFonts w:hint="eastAsia"/>
                <w:b/>
                <w:bCs/>
                <w:sz w:val="20"/>
                <w:szCs w:val="20"/>
              </w:rPr>
              <w:t>□</w:t>
            </w:r>
            <w:r>
              <w:rPr>
                <w:rFonts w:eastAsia="맑은 고딕" w:hint="eastAsia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Pr="00153820">
              <w:rPr>
                <w:rFonts w:hint="eastAsia"/>
                <w:b/>
                <w:bCs/>
                <w:sz w:val="20"/>
                <w:szCs w:val="20"/>
              </w:rPr>
              <w:t>A</w:t>
            </w:r>
            <w:r w:rsidRPr="00153820">
              <w:rPr>
                <w:b/>
                <w:bCs/>
                <w:sz w:val="20"/>
                <w:szCs w:val="20"/>
              </w:rPr>
              <w:t>I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  <w:r w:rsidRPr="00E63197">
              <w:rPr>
                <w:rFonts w:hint="eastAsia"/>
                <w:b/>
                <w:bCs/>
                <w:sz w:val="20"/>
                <w:szCs w:val="20"/>
              </w:rPr>
              <w:t>□</w:t>
            </w:r>
            <w:r w:rsidRPr="00153820">
              <w:rPr>
                <w:b/>
                <w:bCs/>
                <w:sz w:val="20"/>
                <w:szCs w:val="20"/>
              </w:rPr>
              <w:t xml:space="preserve"> AI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153820">
              <w:rPr>
                <w:b/>
                <w:bCs/>
                <w:sz w:val="20"/>
                <w:szCs w:val="20"/>
              </w:rPr>
              <w:t>emiconductor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  <w:r w:rsidRPr="00E63197">
              <w:rPr>
                <w:rFonts w:hint="eastAsia"/>
                <w:b/>
                <w:bCs/>
                <w:sz w:val="20"/>
                <w:szCs w:val="20"/>
              </w:rPr>
              <w:t>□</w:t>
            </w:r>
            <w:r w:rsidRPr="00153820">
              <w:rPr>
                <w:b/>
                <w:bCs/>
                <w:sz w:val="20"/>
                <w:szCs w:val="20"/>
              </w:rPr>
              <w:t xml:space="preserve"> Quantum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  <w:r w:rsidRPr="00E63197">
              <w:rPr>
                <w:rFonts w:hint="eastAsia"/>
                <w:b/>
                <w:bCs/>
                <w:sz w:val="20"/>
                <w:szCs w:val="20"/>
              </w:rPr>
              <w:t>□</w:t>
            </w:r>
            <w:r w:rsidRPr="00153820">
              <w:rPr>
                <w:b/>
                <w:bCs/>
                <w:sz w:val="20"/>
                <w:szCs w:val="20"/>
              </w:rPr>
              <w:t xml:space="preserve"> Digital Contents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  <w:r w:rsidRPr="00E63197">
              <w:rPr>
                <w:rFonts w:hint="eastAsia"/>
                <w:b/>
                <w:bCs/>
                <w:sz w:val="20"/>
                <w:szCs w:val="20"/>
              </w:rPr>
              <w:t>□</w:t>
            </w:r>
            <w:r w:rsidRPr="00153820">
              <w:rPr>
                <w:b/>
                <w:bCs/>
                <w:sz w:val="20"/>
                <w:szCs w:val="20"/>
              </w:rPr>
              <w:t xml:space="preserve"> Communication</w:t>
            </w:r>
            <w:r>
              <w:rPr>
                <w:b/>
                <w:bCs/>
                <w:sz w:val="20"/>
                <w:szCs w:val="20"/>
              </w:rPr>
              <w:t xml:space="preserve">   </w:t>
            </w:r>
            <w:r w:rsidRPr="00E63197">
              <w:rPr>
                <w:rFonts w:hint="eastAsia"/>
                <w:b/>
                <w:bCs/>
                <w:sz w:val="20"/>
                <w:szCs w:val="20"/>
              </w:rPr>
              <w:t>□</w:t>
            </w:r>
            <w:r w:rsidRPr="00153820">
              <w:rPr>
                <w:b/>
                <w:bCs/>
                <w:sz w:val="20"/>
                <w:szCs w:val="20"/>
              </w:rPr>
              <w:t xml:space="preserve"> Cyber Security</w:t>
            </w:r>
          </w:p>
        </w:tc>
      </w:tr>
      <w:tr w:rsidR="00153820" w14:paraId="7E2EE1A8" w14:textId="77777777" w:rsidTr="00911F58">
        <w:trPr>
          <w:trHeight w:val="496"/>
        </w:trPr>
        <w:tc>
          <w:tcPr>
            <w:tcW w:w="10173" w:type="dxa"/>
          </w:tcPr>
          <w:p w14:paraId="4BF2BD19" w14:textId="77777777" w:rsidR="00153820" w:rsidRDefault="00153820" w:rsidP="00153820">
            <w:pPr>
              <w:rPr>
                <w:b/>
                <w:sz w:val="21"/>
              </w:rPr>
            </w:pPr>
            <w:r>
              <w:rPr>
                <w:b/>
                <w:sz w:val="21"/>
              </w:rPr>
              <w:t>Offered Expertise:</w:t>
            </w:r>
          </w:p>
          <w:p w14:paraId="673F305A" w14:textId="24E8B457" w:rsidR="00153820" w:rsidRDefault="00153820" w:rsidP="00153820">
            <w:pPr>
              <w:rPr>
                <w:b/>
                <w:sz w:val="21"/>
              </w:rPr>
            </w:pPr>
          </w:p>
        </w:tc>
      </w:tr>
      <w:tr w:rsidR="009E03A8" w14:paraId="7D420819" w14:textId="77777777" w:rsidTr="00911F58">
        <w:trPr>
          <w:trHeight w:val="558"/>
        </w:trPr>
        <w:tc>
          <w:tcPr>
            <w:tcW w:w="10173" w:type="dxa"/>
          </w:tcPr>
          <w:p w14:paraId="79A17681" w14:textId="77777777" w:rsidR="009E03A8" w:rsidRDefault="009E03A8" w:rsidP="006B2766">
            <w:pPr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Preferred Role: </w:t>
            </w:r>
          </w:p>
          <w:p w14:paraId="424C1EAF" w14:textId="77777777" w:rsidR="009E03A8" w:rsidRDefault="009E03A8" w:rsidP="006B2766">
            <w:r w:rsidRPr="00E63197">
              <w:rPr>
                <w:b/>
                <w:bCs/>
                <w:sz w:val="20"/>
                <w:szCs w:val="20"/>
              </w:rPr>
              <w:t>□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1"/>
              </w:rPr>
              <w:t xml:space="preserve">Coordinator   </w:t>
            </w:r>
            <w:r w:rsidRPr="00E63197">
              <w:rPr>
                <w:b/>
                <w:bCs/>
                <w:sz w:val="20"/>
                <w:szCs w:val="20"/>
              </w:rPr>
              <w:t>□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1"/>
              </w:rPr>
              <w:t xml:space="preserve">WP Leader   </w:t>
            </w:r>
            <w:r w:rsidRPr="00E63197">
              <w:rPr>
                <w:b/>
                <w:bCs/>
                <w:sz w:val="20"/>
                <w:szCs w:val="20"/>
              </w:rPr>
              <w:t>□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1"/>
              </w:rPr>
              <w:t>Partner</w:t>
            </w:r>
          </w:p>
        </w:tc>
      </w:tr>
    </w:tbl>
    <w:tbl>
      <w:tblPr>
        <w:tblStyle w:val="af9"/>
        <w:tblpPr w:leftFromText="142" w:rightFromText="142" w:vertAnchor="text" w:horzAnchor="margin" w:tblpY="296"/>
        <w:tblW w:w="0" w:type="auto"/>
        <w:tblLook w:val="04A0" w:firstRow="1" w:lastRow="0" w:firstColumn="1" w:lastColumn="0" w:noHBand="0" w:noVBand="1"/>
      </w:tblPr>
      <w:tblGrid>
        <w:gridCol w:w="10154"/>
      </w:tblGrid>
      <w:tr w:rsidR="001A6BE9" w14:paraId="7771B9C4" w14:textId="77777777" w:rsidTr="00236BFC">
        <w:trPr>
          <w:trHeight w:val="1992"/>
        </w:trPr>
        <w:tc>
          <w:tcPr>
            <w:tcW w:w="10154" w:type="dxa"/>
          </w:tcPr>
          <w:p w14:paraId="5592FAA4" w14:textId="77777777" w:rsidR="001A6BE9" w:rsidRPr="001A6BE9" w:rsidRDefault="001A6BE9" w:rsidP="00236BFC">
            <w:pPr>
              <w:rPr>
                <w:rFonts w:ascii="TimesNewRomanPS-BoldMT" w:eastAsia="굴림" w:hAnsi="TimesNewRomanPS-BoldMT" w:cs="Times New Roman"/>
                <w:b/>
                <w:bCs/>
                <w:color w:val="000000"/>
                <w:sz w:val="16"/>
                <w:szCs w:val="16"/>
                <w:lang w:eastAsia="ko-KR"/>
              </w:rPr>
            </w:pPr>
            <w:r w:rsidRPr="001A6BE9">
              <w:rPr>
                <w:rFonts w:ascii="굴림" w:eastAsia="굴림" w:hAnsi="굴림" w:cs="Times New Roman" w:hint="eastAsia"/>
                <w:b/>
                <w:bCs/>
                <w:color w:val="000000"/>
                <w:sz w:val="16"/>
                <w:szCs w:val="16"/>
                <w:lang w:eastAsia="ko-KR"/>
              </w:rPr>
              <w:t>※</w:t>
            </w:r>
            <w:r w:rsidRPr="001A6BE9">
              <w:rPr>
                <w:rFonts w:ascii="TimesNewRomanPS-BoldMT" w:eastAsia="굴림" w:hAnsi="TimesNewRomanPS-BoldMT" w:cs="Times New Roman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1A6BE9">
              <w:rPr>
                <w:rFonts w:ascii="TimesNewRomanPS-BoldMT" w:eastAsia="굴림" w:hAnsi="TimesNewRomanPS-BoldMT" w:cs="Times New Roman" w:hint="eastAsia"/>
                <w:b/>
                <w:bCs/>
                <w:color w:val="000000"/>
                <w:sz w:val="16"/>
                <w:szCs w:val="16"/>
                <w:lang w:eastAsia="ko-KR"/>
              </w:rPr>
              <w:t>참고</w:t>
            </w:r>
            <w:r w:rsidRPr="001A6BE9">
              <w:rPr>
                <w:rFonts w:ascii="TimesNewRomanPS-BoldMT" w:eastAsia="굴림" w:hAnsi="TimesNewRomanPS-BoldMT" w:cs="Times New Roman" w:hint="eastAsia"/>
                <w:b/>
                <w:bCs/>
                <w:color w:val="000000"/>
                <w:sz w:val="16"/>
                <w:szCs w:val="16"/>
                <w:lang w:eastAsia="ko-KR"/>
              </w:rPr>
              <w:t xml:space="preserve"> </w:t>
            </w:r>
          </w:p>
          <w:p w14:paraId="02A64FD5" w14:textId="77777777" w:rsidR="001A6BE9" w:rsidRPr="001A6BE9" w:rsidRDefault="001A6BE9" w:rsidP="00236BFC">
            <w:pPr>
              <w:rPr>
                <w:rFonts w:eastAsia="맑은 고딕" w:cs="Times New Roman" w:hint="eastAsia"/>
                <w:color w:val="000000"/>
                <w:sz w:val="16"/>
                <w:szCs w:val="16"/>
                <w:lang w:eastAsia="ko-KR"/>
              </w:rPr>
            </w:pPr>
            <w:r w:rsidRPr="001A6BE9">
              <w:rPr>
                <w:rFonts w:eastAsia="맑은 고딕" w:cs="Times New Roman"/>
                <w:b/>
                <w:bCs/>
                <w:color w:val="000000"/>
                <w:sz w:val="16"/>
                <w:szCs w:val="16"/>
                <w:lang w:eastAsia="ko-KR"/>
              </w:rPr>
              <w:t>1. Coordinator (</w:t>
            </w:r>
            <w:r w:rsidRPr="001A6BE9">
              <w:rPr>
                <w:rFonts w:eastAsia="맑은 고딕" w:cs="맑은 고딕"/>
                <w:b/>
                <w:bCs/>
                <w:color w:val="000000"/>
                <w:sz w:val="16"/>
                <w:szCs w:val="16"/>
                <w:lang w:eastAsia="ko-KR"/>
              </w:rPr>
              <w:t>조정자</w:t>
            </w:r>
            <w:r w:rsidRPr="001A6BE9">
              <w:rPr>
                <w:rFonts w:eastAsia="맑은 고딕" w:cs="Times New Roman"/>
                <w:b/>
                <w:bCs/>
                <w:color w:val="000000"/>
                <w:sz w:val="16"/>
                <w:szCs w:val="16"/>
                <w:lang w:eastAsia="ko-KR"/>
              </w:rPr>
              <w:t>)</w:t>
            </w:r>
          </w:p>
          <w:p w14:paraId="41514139" w14:textId="77777777" w:rsidR="001A6BE9" w:rsidRPr="001A6BE9" w:rsidRDefault="001A6BE9" w:rsidP="00236BFC">
            <w:pPr>
              <w:numPr>
                <w:ilvl w:val="0"/>
                <w:numId w:val="10"/>
              </w:numPr>
              <w:rPr>
                <w:rFonts w:eastAsia="맑은 고딕" w:cs="Times New Roman"/>
                <w:color w:val="000000"/>
                <w:sz w:val="16"/>
                <w:szCs w:val="16"/>
                <w:lang w:eastAsia="ko-KR"/>
              </w:rPr>
            </w:pPr>
            <w:r w:rsidRPr="001A6BE9">
              <w:rPr>
                <w:rFonts w:eastAsia="맑은 고딕" w:cs="Times New Roman"/>
                <w:color w:val="000000"/>
                <w:sz w:val="16"/>
                <w:szCs w:val="16"/>
                <w:lang w:eastAsia="ko-KR"/>
              </w:rPr>
              <w:t>전체 프로젝트를 대표하고 관리하는 주체입니다.</w:t>
            </w:r>
          </w:p>
          <w:p w14:paraId="653FECF1" w14:textId="77777777" w:rsidR="001A6BE9" w:rsidRPr="001A6BE9" w:rsidRDefault="001A6BE9" w:rsidP="00236BFC">
            <w:pPr>
              <w:rPr>
                <w:rFonts w:eastAsia="맑은 고딕" w:cs="Times New Roman" w:hint="eastAsia"/>
                <w:color w:val="000000"/>
                <w:sz w:val="16"/>
                <w:szCs w:val="16"/>
                <w:lang w:eastAsia="ko-KR"/>
              </w:rPr>
            </w:pPr>
            <w:r w:rsidRPr="001A6BE9">
              <w:rPr>
                <w:rFonts w:eastAsia="맑은 고딕" w:cs="Times New Roman"/>
                <w:b/>
                <w:bCs/>
                <w:color w:val="000000"/>
                <w:sz w:val="16"/>
                <w:szCs w:val="16"/>
                <w:lang w:eastAsia="ko-KR"/>
              </w:rPr>
              <w:t>2. WP Leader (워크패키지 리더)</w:t>
            </w:r>
          </w:p>
          <w:p w14:paraId="6071C419" w14:textId="77777777" w:rsidR="001A6BE9" w:rsidRPr="001A6BE9" w:rsidRDefault="001A6BE9" w:rsidP="00236BFC">
            <w:pPr>
              <w:numPr>
                <w:ilvl w:val="0"/>
                <w:numId w:val="11"/>
              </w:numPr>
              <w:rPr>
                <w:rFonts w:eastAsia="맑은 고딕" w:cs="Times New Roman" w:hint="eastAsia"/>
                <w:color w:val="000000"/>
                <w:sz w:val="16"/>
                <w:szCs w:val="16"/>
                <w:lang w:eastAsia="ko-KR"/>
              </w:rPr>
            </w:pPr>
            <w:r w:rsidRPr="001A6BE9">
              <w:rPr>
                <w:rFonts w:eastAsia="맑은 고딕" w:cs="Times New Roman"/>
                <w:color w:val="000000"/>
                <w:sz w:val="16"/>
                <w:szCs w:val="16"/>
                <w:lang w:eastAsia="ko-KR"/>
              </w:rPr>
              <w:t>프로젝트는 여러 Work Package(WP), 즉 “작업 단위”로 나뉘는데, 각 WP를 이끄는 주체입니다.</w:t>
            </w:r>
          </w:p>
          <w:p w14:paraId="077CD82A" w14:textId="77777777" w:rsidR="001A6BE9" w:rsidRPr="001A6BE9" w:rsidRDefault="001A6BE9" w:rsidP="00236BFC">
            <w:pPr>
              <w:rPr>
                <w:rFonts w:eastAsia="맑은 고딕" w:cs="Times New Roman" w:hint="eastAsia"/>
                <w:color w:val="000000"/>
                <w:sz w:val="16"/>
                <w:szCs w:val="16"/>
                <w:lang w:eastAsia="ko-KR"/>
              </w:rPr>
            </w:pPr>
            <w:r w:rsidRPr="001A6BE9">
              <w:rPr>
                <w:rFonts w:eastAsia="맑은 고딕" w:cs="Times New Roman"/>
                <w:b/>
                <w:bCs/>
                <w:color w:val="000000"/>
                <w:sz w:val="16"/>
                <w:szCs w:val="16"/>
                <w:lang w:eastAsia="ko-KR"/>
              </w:rPr>
              <w:t>3. Partner (파트너)</w:t>
            </w:r>
          </w:p>
          <w:p w14:paraId="5B7D7802" w14:textId="77777777" w:rsidR="001A6BE9" w:rsidRPr="001A6BE9" w:rsidRDefault="001A6BE9" w:rsidP="00236BFC">
            <w:pPr>
              <w:numPr>
                <w:ilvl w:val="0"/>
                <w:numId w:val="12"/>
              </w:numPr>
              <w:rPr>
                <w:rFonts w:eastAsia="맑은 고딕" w:cs="Times New Roman" w:hint="eastAsia"/>
                <w:color w:val="000000"/>
                <w:sz w:val="24"/>
                <w:szCs w:val="24"/>
                <w:lang w:eastAsia="ko-KR"/>
              </w:rPr>
            </w:pPr>
            <w:r w:rsidRPr="001A6BE9">
              <w:rPr>
                <w:rFonts w:eastAsia="맑은 고딕" w:cs="Times New Roman"/>
                <w:color w:val="000000"/>
                <w:sz w:val="16"/>
                <w:szCs w:val="16"/>
                <w:lang w:eastAsia="ko-KR"/>
              </w:rPr>
              <w:t>프로젝트 참여 기관 중 하나로, 특정 역할과 과업을 담당하지만 프로젝트 전체를 관리하지는 않습니다</w:t>
            </w:r>
          </w:p>
        </w:tc>
      </w:tr>
    </w:tbl>
    <w:p w14:paraId="326C9866" w14:textId="77777777" w:rsidR="001A6BE9" w:rsidRDefault="001A6BE9" w:rsidP="006B2766">
      <w:pPr>
        <w:spacing w:line="240" w:lineRule="auto"/>
      </w:pPr>
    </w:p>
    <w:p w14:paraId="79C3B5D1" w14:textId="77777777" w:rsidR="009E03A8" w:rsidRDefault="009E03A8" w:rsidP="006B2766">
      <w:pPr>
        <w:pStyle w:val="21"/>
        <w:spacing w:line="240" w:lineRule="auto"/>
      </w:pPr>
      <w:r>
        <w:t>Looking for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0173"/>
      </w:tblGrid>
      <w:tr w:rsidR="009E03A8" w14:paraId="3AB6E440" w14:textId="77777777" w:rsidTr="00911F58">
        <w:trPr>
          <w:trHeight w:val="571"/>
        </w:trPr>
        <w:tc>
          <w:tcPr>
            <w:tcW w:w="10173" w:type="dxa"/>
          </w:tcPr>
          <w:p w14:paraId="64231227" w14:textId="77777777" w:rsidR="009E03A8" w:rsidRDefault="009E03A8" w:rsidP="006B2766">
            <w:pPr>
              <w:rPr>
                <w:b/>
                <w:sz w:val="21"/>
              </w:rPr>
            </w:pPr>
            <w:r>
              <w:rPr>
                <w:b/>
                <w:sz w:val="21"/>
              </w:rPr>
              <w:t>Expertise Needed</w:t>
            </w:r>
          </w:p>
          <w:p w14:paraId="33AE2464" w14:textId="77777777" w:rsidR="009E03A8" w:rsidRDefault="009E03A8" w:rsidP="006B2766"/>
        </w:tc>
      </w:tr>
      <w:tr w:rsidR="009E03A8" w14:paraId="49588D13" w14:textId="77777777" w:rsidTr="00911F58">
        <w:trPr>
          <w:trHeight w:val="571"/>
        </w:trPr>
        <w:tc>
          <w:tcPr>
            <w:tcW w:w="10173" w:type="dxa"/>
          </w:tcPr>
          <w:p w14:paraId="155F2F83" w14:textId="77777777" w:rsidR="009E03A8" w:rsidRDefault="009E03A8" w:rsidP="006B2766">
            <w:pPr>
              <w:rPr>
                <w:b/>
                <w:sz w:val="21"/>
              </w:rPr>
            </w:pPr>
            <w:r>
              <w:rPr>
                <w:b/>
                <w:sz w:val="21"/>
              </w:rPr>
              <w:t>Expected Contribution</w:t>
            </w:r>
          </w:p>
          <w:p w14:paraId="7F1E52B9" w14:textId="77777777" w:rsidR="009E03A8" w:rsidRDefault="009E03A8" w:rsidP="006B2766"/>
        </w:tc>
      </w:tr>
    </w:tbl>
    <w:p w14:paraId="2CF349AB" w14:textId="77777777" w:rsidR="001A6BE9" w:rsidRPr="001A6BE9" w:rsidRDefault="001A6BE9" w:rsidP="001A6BE9">
      <w:pPr>
        <w:rPr>
          <w:rFonts w:eastAsia="맑은 고딕" w:hint="eastAsia"/>
          <w:lang w:eastAsia="ko-KR"/>
        </w:rPr>
      </w:pPr>
    </w:p>
    <w:p w14:paraId="2380CAC9" w14:textId="2516CEA6" w:rsidR="006B2766" w:rsidRPr="001A6BE9" w:rsidRDefault="006B2766" w:rsidP="001A6BE9">
      <w:pPr>
        <w:pStyle w:val="21"/>
        <w:spacing w:line="240" w:lineRule="auto"/>
        <w:jc w:val="both"/>
        <w:rPr>
          <w:spacing w:val="-20"/>
          <w:lang w:eastAsia="ko-KR"/>
        </w:rPr>
      </w:pPr>
      <w:r w:rsidRPr="001A6BE9">
        <w:rPr>
          <w:rFonts w:ascii="맑은 고딕" w:eastAsia="맑은 고딕" w:hAnsi="맑은 고딕" w:cs="맑은 고딕" w:hint="eastAsia"/>
          <w:spacing w:val="-20"/>
          <w:lang w:eastAsia="ko-KR"/>
        </w:rPr>
        <w:t>H</w:t>
      </w:r>
      <w:r w:rsidRPr="001A6BE9">
        <w:rPr>
          <w:rFonts w:ascii="맑은 고딕" w:eastAsia="맑은 고딕" w:hAnsi="맑은 고딕" w:cs="맑은 고딕"/>
          <w:spacing w:val="-20"/>
          <w:lang w:eastAsia="ko-KR"/>
        </w:rPr>
        <w:t xml:space="preserve">orizon Europe </w:t>
      </w:r>
      <w:r w:rsidRPr="001A6BE9">
        <w:rPr>
          <w:rFonts w:ascii="맑은 고딕" w:eastAsia="맑은 고딕" w:hAnsi="맑은 고딕" w:cs="맑은 고딕" w:hint="eastAsia"/>
          <w:spacing w:val="-20"/>
          <w:lang w:eastAsia="ko-KR"/>
        </w:rPr>
        <w:t xml:space="preserve">참여하고자 하는 </w:t>
      </w:r>
      <w:r w:rsidR="00236BFC">
        <w:rPr>
          <w:rFonts w:ascii="맑은 고딕" w:eastAsia="맑은 고딕" w:hAnsi="맑은 고딕" w:cs="맑은 고딕" w:hint="eastAsia"/>
          <w:spacing w:val="-20"/>
          <w:lang w:eastAsia="ko-KR"/>
        </w:rPr>
        <w:t>과제</w:t>
      </w:r>
      <w:r w:rsidRPr="001A6BE9">
        <w:rPr>
          <w:rFonts w:ascii="맑은 고딕" w:eastAsia="맑은 고딕" w:hAnsi="맑은 고딕" w:cs="맑은 고딕" w:hint="eastAsia"/>
          <w:spacing w:val="-20"/>
          <w:lang w:eastAsia="ko-KR"/>
        </w:rPr>
        <w:t>와 관련하여 수행하였거나 수행중인 과제</w:t>
      </w:r>
      <w:r w:rsidR="001A6BE9">
        <w:rPr>
          <w:rFonts w:ascii="맑은 고딕" w:eastAsia="맑은 고딕" w:hAnsi="맑은 고딕" w:cs="맑은 고딕" w:hint="eastAsia"/>
          <w:spacing w:val="-20"/>
          <w:lang w:eastAsia="ko-KR"/>
        </w:rPr>
        <w:t xml:space="preserve"> </w:t>
      </w:r>
      <w:r w:rsidRPr="001A6BE9">
        <w:rPr>
          <w:rFonts w:ascii="맑은 고딕" w:eastAsia="맑은 고딕" w:hAnsi="맑은 고딕" w:cs="맑은 고딕"/>
          <w:spacing w:val="-20"/>
          <w:sz w:val="22"/>
          <w:szCs w:val="22"/>
          <w:lang w:eastAsia="ko-KR"/>
        </w:rPr>
        <w:t>(</w:t>
      </w:r>
      <w:proofErr w:type="spellStart"/>
      <w:r w:rsidRPr="001A6BE9">
        <w:rPr>
          <w:rFonts w:ascii="맑은 고딕" w:eastAsia="맑은 고딕" w:hAnsi="맑은 고딕" w:cs="맑은 고딕" w:hint="eastAsia"/>
          <w:spacing w:val="-20"/>
          <w:sz w:val="22"/>
          <w:szCs w:val="22"/>
          <w:lang w:eastAsia="ko-KR"/>
        </w:rPr>
        <w:t>해당시</w:t>
      </w:r>
      <w:proofErr w:type="spellEnd"/>
      <w:r w:rsidRPr="001A6BE9">
        <w:rPr>
          <w:rFonts w:ascii="맑은 고딕" w:eastAsia="맑은 고딕" w:hAnsi="맑은 고딕" w:cs="맑은 고딕" w:hint="eastAsia"/>
          <w:spacing w:val="-20"/>
          <w:sz w:val="22"/>
          <w:szCs w:val="22"/>
          <w:lang w:eastAsia="ko-KR"/>
        </w:rPr>
        <w:t xml:space="preserve"> 작성)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6B2766" w14:paraId="15FAD57C" w14:textId="77777777" w:rsidTr="001A6BE9">
        <w:trPr>
          <w:trHeight w:val="541"/>
        </w:trPr>
        <w:tc>
          <w:tcPr>
            <w:tcW w:w="10188" w:type="dxa"/>
          </w:tcPr>
          <w:p w14:paraId="3534BD06" w14:textId="1B373744" w:rsidR="006B2766" w:rsidRPr="0025331B" w:rsidRDefault="006B2766" w:rsidP="006B2766">
            <w:pPr>
              <w:rPr>
                <w:rFonts w:eastAsia="맑은 고딕" w:cs="맑은 고딕"/>
                <w:b/>
                <w:sz w:val="21"/>
                <w:lang w:eastAsia="ko-KR"/>
              </w:rPr>
            </w:pPr>
            <w:r w:rsidRPr="0025331B">
              <w:rPr>
                <w:rFonts w:eastAsia="맑은 고딕" w:cs="맑은 고딕" w:hint="eastAsia"/>
                <w:b/>
                <w:sz w:val="21"/>
                <w:lang w:eastAsia="ko-KR"/>
              </w:rPr>
              <w:t>과제번호</w:t>
            </w:r>
            <w:r w:rsidR="0025331B" w:rsidRPr="0025331B">
              <w:rPr>
                <w:rFonts w:eastAsia="맑은 고딕" w:cs="맑은 고딕" w:hint="eastAsia"/>
                <w:b/>
                <w:sz w:val="21"/>
                <w:lang w:eastAsia="ko-KR"/>
              </w:rPr>
              <w:t>/과제명/과제기간/예산/참여기관</w:t>
            </w:r>
          </w:p>
          <w:p w14:paraId="7C02E43C" w14:textId="5AE8EF64" w:rsidR="00236BFC" w:rsidRPr="0025331B" w:rsidRDefault="00236BFC" w:rsidP="006B2766">
            <w:pPr>
              <w:rPr>
                <w:rFonts w:hint="eastAsia"/>
                <w:b/>
                <w:i/>
                <w:iCs/>
                <w:sz w:val="21"/>
                <w:lang w:eastAsia="ko-KR"/>
              </w:rPr>
            </w:pPr>
          </w:p>
        </w:tc>
      </w:tr>
      <w:tr w:rsidR="006B2766" w14:paraId="4EAED1B5" w14:textId="77777777" w:rsidTr="001A6BE9">
        <w:trPr>
          <w:trHeight w:val="541"/>
        </w:trPr>
        <w:tc>
          <w:tcPr>
            <w:tcW w:w="10188" w:type="dxa"/>
          </w:tcPr>
          <w:p w14:paraId="068A52D9" w14:textId="77777777" w:rsidR="0025331B" w:rsidRPr="0025331B" w:rsidRDefault="0025331B" w:rsidP="0025331B">
            <w:pPr>
              <w:rPr>
                <w:rFonts w:eastAsia="맑은 고딕" w:cs="맑은 고딕"/>
                <w:b/>
                <w:i/>
                <w:iCs/>
                <w:color w:val="808080" w:themeColor="background1" w:themeShade="80"/>
                <w:sz w:val="21"/>
                <w:lang w:eastAsia="ko-KR"/>
              </w:rPr>
            </w:pPr>
            <w:r w:rsidRPr="0025331B">
              <w:rPr>
                <w:rFonts w:eastAsia="맑은 고딕" w:cs="맑은 고딕" w:hint="eastAsia"/>
                <w:b/>
                <w:i/>
                <w:iCs/>
                <w:color w:val="808080" w:themeColor="background1" w:themeShade="80"/>
                <w:sz w:val="21"/>
                <w:lang w:eastAsia="ko-KR"/>
              </w:rPr>
              <w:t>과제번호/과제명/과제기간/예산/참여기관</w:t>
            </w:r>
          </w:p>
          <w:p w14:paraId="32750789" w14:textId="43446606" w:rsidR="00236BFC" w:rsidRPr="0025331B" w:rsidRDefault="00236BFC" w:rsidP="006B2766">
            <w:pPr>
              <w:rPr>
                <w:rFonts w:hint="eastAsia"/>
                <w:b/>
                <w:i/>
                <w:iCs/>
                <w:color w:val="808080" w:themeColor="background1" w:themeShade="80"/>
                <w:sz w:val="21"/>
                <w:lang w:eastAsia="ko-KR"/>
              </w:rPr>
            </w:pPr>
          </w:p>
        </w:tc>
      </w:tr>
      <w:tr w:rsidR="006B2766" w14:paraId="11AFBE04" w14:textId="77777777" w:rsidTr="001A6BE9">
        <w:trPr>
          <w:trHeight w:val="541"/>
        </w:trPr>
        <w:tc>
          <w:tcPr>
            <w:tcW w:w="10188" w:type="dxa"/>
          </w:tcPr>
          <w:p w14:paraId="0399016A" w14:textId="77777777" w:rsidR="0025331B" w:rsidRPr="0025331B" w:rsidRDefault="0025331B" w:rsidP="0025331B">
            <w:pPr>
              <w:rPr>
                <w:rFonts w:eastAsia="맑은 고딕" w:cs="맑은 고딕"/>
                <w:b/>
                <w:i/>
                <w:iCs/>
                <w:color w:val="808080" w:themeColor="background1" w:themeShade="80"/>
                <w:sz w:val="21"/>
                <w:lang w:eastAsia="ko-KR"/>
              </w:rPr>
            </w:pPr>
            <w:r w:rsidRPr="0025331B">
              <w:rPr>
                <w:rFonts w:eastAsia="맑은 고딕" w:cs="맑은 고딕" w:hint="eastAsia"/>
                <w:b/>
                <w:i/>
                <w:iCs/>
                <w:color w:val="808080" w:themeColor="background1" w:themeShade="80"/>
                <w:sz w:val="21"/>
                <w:lang w:eastAsia="ko-KR"/>
              </w:rPr>
              <w:t>과제번호/과제명/과제기간/예산/참여기관</w:t>
            </w:r>
          </w:p>
          <w:p w14:paraId="74483896" w14:textId="60CE272C" w:rsidR="00236BFC" w:rsidRPr="0025331B" w:rsidRDefault="00236BFC" w:rsidP="006B2766">
            <w:pPr>
              <w:rPr>
                <w:rFonts w:hint="eastAsia"/>
                <w:b/>
                <w:i/>
                <w:iCs/>
                <w:color w:val="808080" w:themeColor="background1" w:themeShade="80"/>
                <w:sz w:val="21"/>
                <w:lang w:eastAsia="ko-KR"/>
              </w:rPr>
            </w:pPr>
          </w:p>
        </w:tc>
      </w:tr>
      <w:tr w:rsidR="006B2766" w14:paraId="7C7A18E2" w14:textId="77777777" w:rsidTr="001A6BE9">
        <w:trPr>
          <w:trHeight w:val="541"/>
        </w:trPr>
        <w:tc>
          <w:tcPr>
            <w:tcW w:w="10188" w:type="dxa"/>
          </w:tcPr>
          <w:p w14:paraId="1FD7E3ED" w14:textId="77777777" w:rsidR="0025331B" w:rsidRPr="0025331B" w:rsidRDefault="0025331B" w:rsidP="0025331B">
            <w:pPr>
              <w:rPr>
                <w:rFonts w:eastAsia="맑은 고딕" w:cs="맑은 고딕"/>
                <w:b/>
                <w:i/>
                <w:iCs/>
                <w:color w:val="808080" w:themeColor="background1" w:themeShade="80"/>
                <w:sz w:val="21"/>
                <w:lang w:eastAsia="ko-KR"/>
              </w:rPr>
            </w:pPr>
            <w:r w:rsidRPr="0025331B">
              <w:rPr>
                <w:rFonts w:eastAsia="맑은 고딕" w:cs="맑은 고딕" w:hint="eastAsia"/>
                <w:b/>
                <w:i/>
                <w:iCs/>
                <w:color w:val="808080" w:themeColor="background1" w:themeShade="80"/>
                <w:sz w:val="21"/>
                <w:lang w:eastAsia="ko-KR"/>
              </w:rPr>
              <w:t>과제번호/과제명/과제기간/예산/참여기관</w:t>
            </w:r>
          </w:p>
          <w:p w14:paraId="68721AC6" w14:textId="236D6806" w:rsidR="00236BFC" w:rsidRPr="0025331B" w:rsidRDefault="00236BFC" w:rsidP="006B2766">
            <w:pPr>
              <w:rPr>
                <w:rFonts w:hint="eastAsia"/>
                <w:b/>
                <w:i/>
                <w:iCs/>
                <w:color w:val="808080" w:themeColor="background1" w:themeShade="80"/>
                <w:sz w:val="21"/>
                <w:lang w:eastAsia="ko-KR"/>
              </w:rPr>
            </w:pPr>
          </w:p>
        </w:tc>
      </w:tr>
      <w:tr w:rsidR="006B2766" w14:paraId="33427426" w14:textId="77777777" w:rsidTr="001A6BE9">
        <w:trPr>
          <w:trHeight w:val="541"/>
        </w:trPr>
        <w:tc>
          <w:tcPr>
            <w:tcW w:w="10188" w:type="dxa"/>
          </w:tcPr>
          <w:p w14:paraId="384FB937" w14:textId="77777777" w:rsidR="0025331B" w:rsidRPr="0025331B" w:rsidRDefault="0025331B" w:rsidP="0025331B">
            <w:pPr>
              <w:rPr>
                <w:rFonts w:eastAsia="맑은 고딕" w:cs="맑은 고딕"/>
                <w:b/>
                <w:i/>
                <w:iCs/>
                <w:color w:val="808080" w:themeColor="background1" w:themeShade="80"/>
                <w:sz w:val="21"/>
                <w:lang w:eastAsia="ko-KR"/>
              </w:rPr>
            </w:pPr>
            <w:r w:rsidRPr="0025331B">
              <w:rPr>
                <w:rFonts w:eastAsia="맑은 고딕" w:cs="맑은 고딕" w:hint="eastAsia"/>
                <w:b/>
                <w:i/>
                <w:iCs/>
                <w:color w:val="808080" w:themeColor="background1" w:themeShade="80"/>
                <w:sz w:val="21"/>
                <w:lang w:eastAsia="ko-KR"/>
              </w:rPr>
              <w:t>과제번호/과제명/과제기간/예산/참여기관</w:t>
            </w:r>
          </w:p>
          <w:p w14:paraId="38125B39" w14:textId="2330538F" w:rsidR="00236BFC" w:rsidRPr="0025331B" w:rsidRDefault="00236BFC" w:rsidP="006B2766">
            <w:pPr>
              <w:rPr>
                <w:rFonts w:hint="eastAsia"/>
                <w:b/>
                <w:color w:val="808080" w:themeColor="background1" w:themeShade="80"/>
                <w:sz w:val="21"/>
                <w:lang w:eastAsia="ko-KR"/>
              </w:rPr>
            </w:pPr>
          </w:p>
        </w:tc>
      </w:tr>
    </w:tbl>
    <w:p w14:paraId="6F4C55F3" w14:textId="77777777" w:rsidR="001A6BE9" w:rsidRDefault="001A6BE9" w:rsidP="001A6BE9">
      <w:pPr>
        <w:spacing w:after="242" w:line="240" w:lineRule="auto"/>
        <w:rPr>
          <w:rFonts w:ascii="TimesNewRomanPS-BoldMT" w:eastAsia="굴림" w:hAnsi="TimesNewRomanPS-BoldMT" w:cs="Times New Roman" w:hint="eastAsia"/>
          <w:b/>
          <w:bCs/>
          <w:color w:val="000000"/>
          <w:sz w:val="36"/>
          <w:szCs w:val="36"/>
          <w:lang w:eastAsia="ko-KR"/>
        </w:rPr>
      </w:pPr>
    </w:p>
    <w:sectPr w:rsidR="001A6BE9" w:rsidSect="00B77163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C3188" w14:textId="77777777" w:rsidR="003421DF" w:rsidRDefault="003421DF" w:rsidP="00B77163">
      <w:pPr>
        <w:spacing w:after="0" w:line="240" w:lineRule="auto"/>
      </w:pPr>
      <w:r>
        <w:separator/>
      </w:r>
    </w:p>
  </w:endnote>
  <w:endnote w:type="continuationSeparator" w:id="0">
    <w:p w14:paraId="2358287E" w14:textId="77777777" w:rsidR="003421DF" w:rsidRDefault="003421DF" w:rsidP="00B77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C9D25" w14:textId="77777777" w:rsidR="003421DF" w:rsidRDefault="003421DF" w:rsidP="00B77163">
      <w:pPr>
        <w:spacing w:after="0" w:line="240" w:lineRule="auto"/>
      </w:pPr>
      <w:r>
        <w:separator/>
      </w:r>
    </w:p>
  </w:footnote>
  <w:footnote w:type="continuationSeparator" w:id="0">
    <w:p w14:paraId="09273163" w14:textId="77777777" w:rsidR="003421DF" w:rsidRDefault="003421DF" w:rsidP="00B77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924052F"/>
    <w:multiLevelType w:val="multilevel"/>
    <w:tmpl w:val="04B0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B7865B2"/>
    <w:multiLevelType w:val="multilevel"/>
    <w:tmpl w:val="555A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D1D73C1"/>
    <w:multiLevelType w:val="hybridMultilevel"/>
    <w:tmpl w:val="EFD0871A"/>
    <w:lvl w:ilvl="0" w:tplc="EED85BFA">
      <w:numFmt w:val="bullet"/>
      <w:lvlText w:val="※"/>
      <w:lvlJc w:val="left"/>
      <w:pPr>
        <w:ind w:left="775" w:hanging="375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DAD0684"/>
    <w:multiLevelType w:val="multilevel"/>
    <w:tmpl w:val="39062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2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5B10"/>
    <w:rsid w:val="0015074B"/>
    <w:rsid w:val="00153820"/>
    <w:rsid w:val="001A6BE9"/>
    <w:rsid w:val="001F20B5"/>
    <w:rsid w:val="00236BFC"/>
    <w:rsid w:val="0025331B"/>
    <w:rsid w:val="00263D91"/>
    <w:rsid w:val="0029639D"/>
    <w:rsid w:val="00320588"/>
    <w:rsid w:val="00326F90"/>
    <w:rsid w:val="003421DF"/>
    <w:rsid w:val="003E2FBA"/>
    <w:rsid w:val="004C3EB3"/>
    <w:rsid w:val="00695CBB"/>
    <w:rsid w:val="006B2766"/>
    <w:rsid w:val="007028C6"/>
    <w:rsid w:val="007A77F2"/>
    <w:rsid w:val="0081608E"/>
    <w:rsid w:val="008452F9"/>
    <w:rsid w:val="00861954"/>
    <w:rsid w:val="009E03A8"/>
    <w:rsid w:val="00AA1D8D"/>
    <w:rsid w:val="00AA60F9"/>
    <w:rsid w:val="00AD7574"/>
    <w:rsid w:val="00B47730"/>
    <w:rsid w:val="00B77163"/>
    <w:rsid w:val="00BB1985"/>
    <w:rsid w:val="00BE05D1"/>
    <w:rsid w:val="00CA49D7"/>
    <w:rsid w:val="00CB0664"/>
    <w:rsid w:val="00CC7655"/>
    <w:rsid w:val="00E63197"/>
    <w:rsid w:val="00F31F1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231961"/>
  <w14:defaultImageDpi w14:val="300"/>
  <w15:docId w15:val="{D78EC603-7767-4379-9B24-C920943B4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1">
    <w:name w:val="line number"/>
    <w:basedOn w:val="a2"/>
    <w:uiPriority w:val="99"/>
    <w:semiHidden/>
    <w:unhideWhenUsed/>
    <w:rsid w:val="007A77F2"/>
  </w:style>
  <w:style w:type="paragraph" w:styleId="aff2">
    <w:name w:val="Normal (Web)"/>
    <w:basedOn w:val="a1"/>
    <w:uiPriority w:val="99"/>
    <w:semiHidden/>
    <w:unhideWhenUsed/>
    <w:rsid w:val="00263D91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7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taewoo</cp:lastModifiedBy>
  <cp:revision>14</cp:revision>
  <dcterms:created xsi:type="dcterms:W3CDTF">2013-12-23T23:15:00Z</dcterms:created>
  <dcterms:modified xsi:type="dcterms:W3CDTF">2025-04-30T08:07:00Z</dcterms:modified>
  <cp:category/>
</cp:coreProperties>
</file>